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שווא – סיפור לפני השינה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סימן השווא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בשטף מילים עם שווא בהברה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להתרגל בבניית מילים בפירמידת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סימן שבא מתחת 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סָבְתָא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מוסיפים אותיות או הברות בכל שורה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שווא הוא סימן ניקוד קטן, לא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סבתא מספרת את הסיפור לילדים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כל שורה מתארכת ומתווספת אליה אות או הברה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בדף יש כפתור הקראה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כלל בסיסי בקריאת 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(מספרת סיפור לפני השינה)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(זמן שינה)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(סימן ניקוד קטן מתחת לאות)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(תרגיל שמתרחב בכל שורה)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(מקשיבים לסיפור לפני השינה)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האות הראשונה: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תנועה: סָ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הברה נוספת: סָב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משלימים את המילה כולה: סָבְתָא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 מספרת סיפור לילדים לפני השינה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מילה נכונה עם שווא, למשל שמיכה או מספרת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הסימן הקטן מתחת לאות שלפעמים לא 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עם שווא, כמו סבתא או שמיכה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להשמיע את ההקראה לדוגמה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בניית פירמידת הקריאה שורה אחר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שווא – סיפור לפני השינה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הסיפור 'סיפור לפני השינה', בו סָבְתָא מספרת סיפור לילדים לפני שהם הולכים לישון. נלמד לזהות ולקרוא מילים עם שווא.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סימן שבא מתחת 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נרדפת לשינה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מספרת את הסיפור לפני השינה?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גננת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מילה יש שווא בהברה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סָבְתָא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יֶלֶד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סֵפֶר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מספרים סיפור לפני השינה?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בפירמידת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אותיות או הברות בכל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מציירים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משנים צבעים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הוא תמיד אות ולא סימן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היא דמות בסיפור לפני השינה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בפירמידת קריאה כל שורה קצרה יותר מהקודמת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לשמוע הקראה לדוגמה של המילה סבתא בדף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נח נמצא בסוף הברה סגורה ולרוב לא נשמע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סבתא קוראת __________ לפני השינה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הולכים לישון אחרי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סימן קטן מתחת לאות שלפעמים לא 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בלילה אנחנו הולכים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סבתא היא אמא של אמא או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במילה סָבְתָא השווא נמצא מתחת לאות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תרגיל שמתרחב בכל שורה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ניקוד קטן מתחת לאות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מספרת סיפור לפני השינה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מקשיבים לסיפור לפני השינה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 שינה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תנועה: סָ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האות הראשונה: 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את המילה כולה: סָבְתָא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הברה נוספת: סָב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סבתא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אחת נוספת עם שווא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מספרת סיפור בדף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שווא – סיפור לפני השינה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