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שווא – סיפור לפני השינה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סימן השווא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בשטף מילים עם שווא בהברה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בבניית מילים בפירמידת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סימן שבא מתחת 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שווא הוא סימן ניקוד קטן, לא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סבתא מספרת את הסיפור לילדים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כל שורה מתארכת ומתווספת אליה אות או הברה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(מספרת סיפור לפני השינה)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(זמן שינה)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(סימן ניקוד קטן מתחת לאות)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(תרגיל שמתרחב בכל שורה)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האות הראשונה: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תנועה: סָ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הברה נוספת: סָב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משלימים את המילה כולה: סָבְתָא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מספרת סיפור לילדים לפני השינה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הסימן הקטן מתחת לאות שלפעמים לא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עם שווא, כמו סבתא או שמיכה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להשמיע את ההקראה לדוגמה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בניית פירמידת הקריאה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שווא – סיפור לפני השינה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הסיפור 'סיפור לפני השינה', בו סָבְתָא מספרת סיפור לילדים לפני שהם הולכים לישון. נלמד לזהות ולקרוא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שווא  ·  סיפור  ·  סיפור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סימן שבא מתחת 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מספרת את הסיפור לפני השינה?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גננת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מספרים סיפור לפני השינה?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בצהריים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שווא הוא תמיד אות ולא סימן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היא דמות בסיפור לפני השינה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בפירמידת קריאה כל שורה קצרה יותר מהקודמת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סבתא קוראת __________ לפני השינה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הילדים הולכים לישון אחרי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סימן קטן מתחת לאות שלפעמים לא נשמע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 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תרגיל שמתרחב בכל 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מספרת סיפור לפני השינה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פירמידה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סימן ניקוד קטן מתחת לאות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תנועה: סָ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האות הראשונה: 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משלימים את המילה כולה: סָבְתָא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הברה נוספת: סָב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סבתא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שווא – סיפור לפני השינה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